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248CE5" w14:textId="77777777" w:rsidR="000E297A" w:rsidRDefault="00000000">
      <w:pPr>
        <w:spacing w:after="40"/>
        <w:jc w:val="center"/>
      </w:pPr>
      <w:r>
        <w:rPr>
          <w:b/>
          <w:sz w:val="26"/>
        </w:rPr>
        <w:t>NOTIFICATION OF DESTRUCTION OF REGISTERED NFA FIREARM</w:t>
      </w:r>
    </w:p>
    <w:p w14:paraId="5B3E314A" w14:textId="77777777" w:rsidR="000E297A" w:rsidRDefault="00000000">
      <w:pPr>
        <w:spacing w:after="100"/>
        <w:jc w:val="center"/>
      </w:pPr>
      <w:r>
        <w:rPr>
          <w:i/>
          <w:sz w:val="17"/>
        </w:rPr>
        <w:t>Request to Update the National Firearms Registration and Transfer Record</w:t>
      </w:r>
    </w:p>
    <w:tbl>
      <w:tblPr>
        <w:tblW w:w="0" w:type="auto"/>
        <w:tblLook w:val="04A0" w:firstRow="1" w:lastRow="0" w:firstColumn="1" w:lastColumn="0" w:noHBand="0" w:noVBand="1"/>
      </w:tblPr>
      <w:tblGrid>
        <w:gridCol w:w="5328"/>
        <w:gridCol w:w="5328"/>
      </w:tblGrid>
      <w:tr w:rsidR="000E297A" w14:paraId="71E0BB28" w14:textId="77777777">
        <w:tc>
          <w:tcPr>
            <w:tcW w:w="5328" w:type="dxa"/>
            <w:tcMar>
              <w:top w:w="50" w:type="dxa"/>
              <w:left w:w="70" w:type="dxa"/>
              <w:bottom w:w="50" w:type="dxa"/>
              <w:right w:w="70" w:type="dxa"/>
            </w:tcMar>
            <w:vAlign w:val="center"/>
          </w:tcPr>
          <w:p w14:paraId="5A1B7A8C" w14:textId="77777777" w:rsidR="00BE4A88" w:rsidRDefault="00000000">
            <w:pPr>
              <w:spacing w:after="0"/>
              <w:rPr>
                <w:b/>
                <w:sz w:val="17"/>
              </w:rPr>
            </w:pPr>
            <w:r>
              <w:rPr>
                <w:b/>
                <w:sz w:val="17"/>
              </w:rPr>
              <w:t>Registered Owner Name</w:t>
            </w:r>
          </w:p>
          <w:p w14:paraId="7BF5C6B6" w14:textId="68B74694" w:rsidR="000E297A" w:rsidRDefault="00000000">
            <w:pPr>
              <w:spacing w:after="0"/>
            </w:pPr>
            <w:r>
              <w:br/>
            </w:r>
            <w:sdt>
              <w:sdtPr>
                <w:alias w:val="Registered Owner Name"/>
                <w:tag w:val="Registered_Owner_Name"/>
                <w:id w:val="-1558621007"/>
                <w:text/>
              </w:sdtPr>
              <w:sdtContent>
                <w:r w:rsidR="00BE4A88">
                  <w:t>_________________________</w:t>
                </w:r>
              </w:sdtContent>
            </w:sdt>
          </w:p>
        </w:tc>
        <w:tc>
          <w:tcPr>
            <w:tcW w:w="5328" w:type="dxa"/>
            <w:tcMar>
              <w:top w:w="50" w:type="dxa"/>
              <w:left w:w="70" w:type="dxa"/>
              <w:bottom w:w="50" w:type="dxa"/>
              <w:right w:w="70" w:type="dxa"/>
            </w:tcMar>
            <w:vAlign w:val="center"/>
          </w:tcPr>
          <w:p w14:paraId="7B6B1576" w14:textId="77777777" w:rsidR="00BE4A88" w:rsidRDefault="00000000">
            <w:pPr>
              <w:spacing w:after="0"/>
              <w:rPr>
                <w:b/>
                <w:sz w:val="17"/>
              </w:rPr>
            </w:pPr>
            <w:r>
              <w:rPr>
                <w:b/>
                <w:sz w:val="17"/>
              </w:rPr>
              <w:t>Date</w:t>
            </w:r>
          </w:p>
          <w:p w14:paraId="1ED5245D" w14:textId="19054D16" w:rsidR="000E297A" w:rsidRDefault="00000000">
            <w:pPr>
              <w:spacing w:after="0"/>
            </w:pPr>
            <w:r>
              <w:br/>
            </w:r>
            <w:sdt>
              <w:sdtPr>
                <w:alias w:val="Date"/>
                <w:tag w:val="Date"/>
                <w:id w:val="1476026033"/>
                <w:text/>
              </w:sdtPr>
              <w:sdtContent>
                <w:r w:rsidR="00BE4A88">
                  <w:t>_________________________</w:t>
                </w:r>
              </w:sdtContent>
            </w:sdt>
          </w:p>
        </w:tc>
      </w:tr>
      <w:tr w:rsidR="000E297A" w14:paraId="7A7C3231" w14:textId="77777777">
        <w:tc>
          <w:tcPr>
            <w:tcW w:w="5328" w:type="dxa"/>
            <w:tcMar>
              <w:top w:w="50" w:type="dxa"/>
              <w:left w:w="70" w:type="dxa"/>
              <w:bottom w:w="50" w:type="dxa"/>
              <w:right w:w="70" w:type="dxa"/>
            </w:tcMar>
            <w:vAlign w:val="center"/>
          </w:tcPr>
          <w:p w14:paraId="0F039F5C" w14:textId="77777777" w:rsidR="00BE4A88" w:rsidRDefault="00000000">
            <w:pPr>
              <w:spacing w:after="0"/>
              <w:rPr>
                <w:b/>
                <w:sz w:val="17"/>
              </w:rPr>
            </w:pPr>
            <w:r>
              <w:rPr>
                <w:b/>
                <w:sz w:val="17"/>
              </w:rPr>
              <w:t>Mailing Address</w:t>
            </w:r>
          </w:p>
          <w:p w14:paraId="5578D049" w14:textId="6B394471" w:rsidR="000E297A" w:rsidRDefault="00000000">
            <w:pPr>
              <w:spacing w:after="0"/>
            </w:pPr>
            <w:r>
              <w:br/>
            </w:r>
            <w:sdt>
              <w:sdtPr>
                <w:alias w:val="Mailing Address"/>
                <w:tag w:val="Mailing_Address"/>
                <w:id w:val="191804186"/>
                <w:text/>
              </w:sdtPr>
              <w:sdtContent>
                <w:r w:rsidR="00BE4A88">
                  <w:t>_________________________</w:t>
                </w:r>
              </w:sdtContent>
            </w:sdt>
          </w:p>
        </w:tc>
        <w:tc>
          <w:tcPr>
            <w:tcW w:w="5328" w:type="dxa"/>
            <w:tcMar>
              <w:top w:w="50" w:type="dxa"/>
              <w:left w:w="70" w:type="dxa"/>
              <w:bottom w:w="50" w:type="dxa"/>
              <w:right w:w="70" w:type="dxa"/>
            </w:tcMar>
            <w:vAlign w:val="center"/>
          </w:tcPr>
          <w:p w14:paraId="243C4EDB" w14:textId="77777777" w:rsidR="00BE4A88" w:rsidRDefault="00000000">
            <w:pPr>
              <w:spacing w:after="0"/>
              <w:rPr>
                <w:b/>
                <w:sz w:val="17"/>
              </w:rPr>
            </w:pPr>
            <w:r>
              <w:rPr>
                <w:b/>
                <w:sz w:val="17"/>
              </w:rPr>
              <w:t>Phone / Email</w:t>
            </w:r>
          </w:p>
          <w:p w14:paraId="16DB69F2" w14:textId="56235337" w:rsidR="000E297A" w:rsidRDefault="00000000">
            <w:pPr>
              <w:spacing w:after="0"/>
            </w:pPr>
            <w:r>
              <w:br/>
            </w:r>
            <w:sdt>
              <w:sdtPr>
                <w:alias w:val="Phone / Email"/>
                <w:tag w:val="Phone_/_Email"/>
                <w:id w:val="1065606974"/>
                <w:text/>
              </w:sdtPr>
              <w:sdtContent>
                <w:r w:rsidR="00BE4A88">
                  <w:t>_________________________</w:t>
                </w:r>
              </w:sdtContent>
            </w:sdt>
          </w:p>
        </w:tc>
      </w:tr>
    </w:tbl>
    <w:p w14:paraId="099E745F" w14:textId="77777777" w:rsidR="000E297A" w:rsidRDefault="000E297A">
      <w:pPr>
        <w:spacing w:after="20"/>
      </w:pPr>
    </w:p>
    <w:p w14:paraId="07F91C80" w14:textId="77777777" w:rsidR="00BE4A88" w:rsidRDefault="00BE4A88">
      <w:pPr>
        <w:spacing w:after="80"/>
        <w:rPr>
          <w:b/>
        </w:rPr>
      </w:pPr>
    </w:p>
    <w:p w14:paraId="1EE309A6" w14:textId="3B9CC332" w:rsidR="000E297A" w:rsidRDefault="00000000">
      <w:pPr>
        <w:spacing w:after="80"/>
      </w:pPr>
      <w:r>
        <w:rPr>
          <w:b/>
        </w:rPr>
        <w:t>Bureau of Alcohol, Tobacco, Firearms and Explosives</w:t>
      </w:r>
      <w:r>
        <w:rPr>
          <w:b/>
        </w:rPr>
        <w:br/>
      </w:r>
      <w:r>
        <w:t>National Firearms Act Division</w:t>
      </w:r>
      <w:r>
        <w:br/>
        <w:t>ATTN: NFA Branch</w:t>
      </w:r>
      <w:r>
        <w:br/>
        <w:t>244 Needy Road</w:t>
      </w:r>
      <w:r>
        <w:br/>
        <w:t>Martinsburg, WV 25405</w:t>
      </w:r>
    </w:p>
    <w:p w14:paraId="74670BF2" w14:textId="77777777" w:rsidR="00BE4A88" w:rsidRDefault="00BE4A88">
      <w:pPr>
        <w:spacing w:after="60"/>
        <w:rPr>
          <w:b/>
        </w:rPr>
      </w:pPr>
    </w:p>
    <w:p w14:paraId="77DF359C" w14:textId="77777777" w:rsidR="00BE4A88" w:rsidRDefault="00BE4A88">
      <w:pPr>
        <w:spacing w:after="60"/>
        <w:rPr>
          <w:b/>
        </w:rPr>
      </w:pPr>
    </w:p>
    <w:p w14:paraId="06F5F46F" w14:textId="30423B07" w:rsidR="000E297A" w:rsidRDefault="00000000">
      <w:pPr>
        <w:spacing w:after="60"/>
      </w:pPr>
      <w:r>
        <w:rPr>
          <w:b/>
        </w:rPr>
        <w:t>RE: Destruction of Registered NFA Firearm</w:t>
      </w:r>
    </w:p>
    <w:p w14:paraId="24AEF29C" w14:textId="77777777" w:rsidR="000E297A" w:rsidRDefault="00000000">
      <w:pPr>
        <w:spacing w:after="40"/>
      </w:pPr>
      <w:r>
        <w:rPr>
          <w:b/>
          <w:sz w:val="19"/>
        </w:rPr>
        <w:t>NFA ITEM INFORMATION</w:t>
      </w:r>
    </w:p>
    <w:tbl>
      <w:tblPr>
        <w:tblW w:w="0" w:type="auto"/>
        <w:tblLook w:val="04A0" w:firstRow="1" w:lastRow="0" w:firstColumn="1" w:lastColumn="0" w:noHBand="0" w:noVBand="1"/>
      </w:tblPr>
      <w:tblGrid>
        <w:gridCol w:w="5328"/>
        <w:gridCol w:w="5328"/>
      </w:tblGrid>
      <w:tr w:rsidR="000E297A" w14:paraId="04193124" w14:textId="77777777">
        <w:tc>
          <w:tcPr>
            <w:tcW w:w="5328" w:type="dxa"/>
            <w:tcMar>
              <w:top w:w="45" w:type="dxa"/>
              <w:left w:w="65" w:type="dxa"/>
              <w:bottom w:w="45" w:type="dxa"/>
              <w:right w:w="65" w:type="dxa"/>
            </w:tcMar>
            <w:vAlign w:val="center"/>
          </w:tcPr>
          <w:p w14:paraId="669E0B8F" w14:textId="50524C0F" w:rsidR="000E297A" w:rsidRDefault="00000000">
            <w:pPr>
              <w:spacing w:after="0"/>
            </w:pPr>
            <w:r>
              <w:rPr>
                <w:b/>
                <w:sz w:val="17"/>
              </w:rPr>
              <w:t>Item Manufacturer Name</w:t>
            </w:r>
            <w:r>
              <w:br/>
            </w:r>
            <w:sdt>
              <w:sdtPr>
                <w:alias w:val="Item Manufacturer Name"/>
                <w:tag w:val="Item_Manufacturer_Name"/>
                <w:id w:val="-1072435126"/>
                <w:text/>
              </w:sdtPr>
              <w:sdtContent>
                <w:sdt>
                  <w:sdtPr>
                    <w:alias w:val="Owner Signature"/>
                    <w:tag w:val="Owner_Signature"/>
                    <w:id w:val="1980023188"/>
                    <w:text/>
                  </w:sdtPr>
                  <w:sdtContent>
                    <w:r w:rsidR="00BE4A88">
                      <w:t>_________________________</w:t>
                    </w:r>
                  </w:sdtContent>
                </w:sdt>
              </w:sdtContent>
            </w:sdt>
          </w:p>
        </w:tc>
        <w:tc>
          <w:tcPr>
            <w:tcW w:w="5328" w:type="dxa"/>
            <w:tcMar>
              <w:top w:w="45" w:type="dxa"/>
              <w:left w:w="65" w:type="dxa"/>
              <w:bottom w:w="45" w:type="dxa"/>
              <w:right w:w="65" w:type="dxa"/>
            </w:tcMar>
            <w:vAlign w:val="center"/>
          </w:tcPr>
          <w:p w14:paraId="582E5253" w14:textId="6E398597" w:rsidR="000E297A" w:rsidRDefault="00000000">
            <w:pPr>
              <w:spacing w:after="0"/>
            </w:pPr>
            <w:r>
              <w:rPr>
                <w:b/>
                <w:sz w:val="17"/>
              </w:rPr>
              <w:t>Model</w:t>
            </w:r>
            <w:r>
              <w:br/>
            </w:r>
            <w:sdt>
              <w:sdtPr>
                <w:alias w:val="Model"/>
                <w:tag w:val="Model"/>
                <w:id w:val="-1103649871"/>
                <w:text/>
              </w:sdtPr>
              <w:sdtContent>
                <w:r w:rsidR="00BE4A88">
                  <w:t>_________________________</w:t>
                </w:r>
              </w:sdtContent>
            </w:sdt>
          </w:p>
        </w:tc>
      </w:tr>
      <w:tr w:rsidR="000E297A" w14:paraId="6798EE6F" w14:textId="77777777">
        <w:tc>
          <w:tcPr>
            <w:tcW w:w="5328" w:type="dxa"/>
            <w:tcMar>
              <w:top w:w="45" w:type="dxa"/>
              <w:left w:w="65" w:type="dxa"/>
              <w:bottom w:w="45" w:type="dxa"/>
              <w:right w:w="65" w:type="dxa"/>
            </w:tcMar>
            <w:vAlign w:val="center"/>
          </w:tcPr>
          <w:p w14:paraId="557EF6A3" w14:textId="02B95C90" w:rsidR="000E297A" w:rsidRDefault="00000000">
            <w:pPr>
              <w:spacing w:after="0"/>
            </w:pPr>
            <w:r>
              <w:rPr>
                <w:b/>
                <w:sz w:val="17"/>
              </w:rPr>
              <w:t>Caliber / Gauge</w:t>
            </w:r>
            <w:r>
              <w:br/>
            </w:r>
            <w:sdt>
              <w:sdtPr>
                <w:alias w:val="Caliber / Gauge"/>
                <w:tag w:val="Caliber_/_Gauge"/>
                <w:id w:val="566699393"/>
                <w:text/>
              </w:sdtPr>
              <w:sdtContent>
                <w:r w:rsidR="00BE4A88">
                  <w:t>_________________________</w:t>
                </w:r>
              </w:sdtContent>
            </w:sdt>
          </w:p>
        </w:tc>
        <w:tc>
          <w:tcPr>
            <w:tcW w:w="5328" w:type="dxa"/>
            <w:tcMar>
              <w:top w:w="45" w:type="dxa"/>
              <w:left w:w="65" w:type="dxa"/>
              <w:bottom w:w="45" w:type="dxa"/>
              <w:right w:w="65" w:type="dxa"/>
            </w:tcMar>
            <w:vAlign w:val="center"/>
          </w:tcPr>
          <w:p w14:paraId="02C8ACC7" w14:textId="69A90561" w:rsidR="000E297A" w:rsidRDefault="00000000">
            <w:pPr>
              <w:spacing w:after="0"/>
            </w:pPr>
            <w:r>
              <w:rPr>
                <w:b/>
                <w:sz w:val="17"/>
              </w:rPr>
              <w:t>Serial Number</w:t>
            </w:r>
            <w:r>
              <w:br/>
            </w:r>
            <w:sdt>
              <w:sdtPr>
                <w:alias w:val="Serial Number"/>
                <w:tag w:val="Serial_Number"/>
                <w:id w:val="585342927"/>
                <w:text/>
              </w:sdtPr>
              <w:sdtContent>
                <w:r w:rsidR="00BE4A88">
                  <w:t>_________________________</w:t>
                </w:r>
              </w:sdtContent>
            </w:sdt>
          </w:p>
        </w:tc>
      </w:tr>
      <w:tr w:rsidR="000E297A" w14:paraId="4774D095" w14:textId="77777777">
        <w:tc>
          <w:tcPr>
            <w:tcW w:w="5328" w:type="dxa"/>
            <w:tcMar>
              <w:top w:w="45" w:type="dxa"/>
              <w:left w:w="65" w:type="dxa"/>
              <w:bottom w:w="45" w:type="dxa"/>
              <w:right w:w="65" w:type="dxa"/>
            </w:tcMar>
            <w:vAlign w:val="center"/>
          </w:tcPr>
          <w:p w14:paraId="7100159B" w14:textId="0C23D3B4" w:rsidR="000E297A" w:rsidRDefault="00000000">
            <w:pPr>
              <w:spacing w:after="0"/>
            </w:pPr>
            <w:r>
              <w:rPr>
                <w:b/>
                <w:sz w:val="17"/>
              </w:rPr>
              <w:t>Date of Destruction</w:t>
            </w:r>
            <w:r>
              <w:br/>
            </w:r>
            <w:sdt>
              <w:sdtPr>
                <w:alias w:val="Date of Destruction"/>
                <w:tag w:val="Date_of_Destruction"/>
                <w:id w:val="391473217"/>
                <w:text/>
              </w:sdtPr>
              <w:sdtContent>
                <w:r w:rsidR="00BE4A88">
                  <w:t>_________________________</w:t>
                </w:r>
              </w:sdtContent>
            </w:sdt>
          </w:p>
        </w:tc>
        <w:tc>
          <w:tcPr>
            <w:tcW w:w="5328" w:type="dxa"/>
            <w:tcMar>
              <w:top w:w="45" w:type="dxa"/>
              <w:left w:w="65" w:type="dxa"/>
              <w:bottom w:w="45" w:type="dxa"/>
              <w:right w:w="65" w:type="dxa"/>
            </w:tcMar>
            <w:vAlign w:val="center"/>
          </w:tcPr>
          <w:p w14:paraId="2B49C0C3" w14:textId="29A77610" w:rsidR="000E297A" w:rsidRDefault="00000000">
            <w:pPr>
              <w:spacing w:after="0"/>
            </w:pPr>
            <w:r>
              <w:rPr>
                <w:b/>
                <w:sz w:val="17"/>
              </w:rPr>
              <w:t>ATF Form / Registration Reference (if known)</w:t>
            </w:r>
            <w:r>
              <w:br/>
            </w:r>
            <w:sdt>
              <w:sdtPr>
                <w:alias w:val="ATF Form / Registration Reference (if known)"/>
                <w:tag w:val="ATF_Form_/_Registration_Reference_(if_known)"/>
                <w:id w:val="-427729837"/>
                <w:text/>
              </w:sdtPr>
              <w:sdtContent>
                <w:r w:rsidR="00BE4A88">
                  <w:t>_________________________</w:t>
                </w:r>
              </w:sdtContent>
            </w:sdt>
          </w:p>
        </w:tc>
      </w:tr>
    </w:tbl>
    <w:p w14:paraId="25D6608B" w14:textId="77777777" w:rsidR="00BE4A88" w:rsidRDefault="00BE4A88">
      <w:pPr>
        <w:spacing w:before="80" w:after="60"/>
        <w:rPr>
          <w:b/>
        </w:rPr>
      </w:pPr>
    </w:p>
    <w:p w14:paraId="0B8D0245" w14:textId="77777777" w:rsidR="00BE4A88" w:rsidRDefault="00BE4A88">
      <w:pPr>
        <w:spacing w:before="80" w:after="60"/>
        <w:rPr>
          <w:b/>
        </w:rPr>
      </w:pPr>
    </w:p>
    <w:p w14:paraId="6772B280" w14:textId="2C426E44" w:rsidR="000E297A" w:rsidRDefault="00000000">
      <w:pPr>
        <w:spacing w:before="80" w:after="60"/>
      </w:pPr>
      <w:r>
        <w:rPr>
          <w:b/>
        </w:rPr>
        <w:t>To Whom It May Concern:</w:t>
      </w:r>
    </w:p>
    <w:p w14:paraId="3636D88E" w14:textId="77777777" w:rsidR="000E297A" w:rsidRDefault="00000000">
      <w:pPr>
        <w:spacing w:after="60" w:line="240" w:lineRule="auto"/>
      </w:pPr>
      <w:r>
        <w:t>I am writing to formally notify the Bureau of Alcohol, Tobacco, Firearms and Explosives (ATF) that the NFA item identified above, which was registered to me, has been permanently destroyed and is no longer in existence.</w:t>
      </w:r>
    </w:p>
    <w:p w14:paraId="6B0D6E5B" w14:textId="77777777" w:rsidR="00BE4A88" w:rsidRDefault="00BE4A88">
      <w:pPr>
        <w:spacing w:after="60" w:line="240" w:lineRule="auto"/>
      </w:pPr>
    </w:p>
    <w:p w14:paraId="711E8352" w14:textId="477EE7B7" w:rsidR="000E297A" w:rsidRDefault="00000000">
      <w:pPr>
        <w:spacing w:after="60" w:line="240" w:lineRule="auto"/>
      </w:pPr>
      <w:r>
        <w:t xml:space="preserve">I respectfully request that ATF update the National Firearms Registration and Transfer Record (NFRTR) to reflect the destruction of this item and cancel the associated registration as appropriate. Please provide written confirmation of the record </w:t>
      </w:r>
      <w:r w:rsidR="00BE4A88">
        <w:t>update or</w:t>
      </w:r>
      <w:r>
        <w:t xml:space="preserve"> advise if additional documentation or information is required.</w:t>
      </w:r>
    </w:p>
    <w:p w14:paraId="4DA647BD" w14:textId="77777777" w:rsidR="00BE4A88" w:rsidRDefault="00BE4A88">
      <w:pPr>
        <w:spacing w:after="60" w:line="240" w:lineRule="auto"/>
      </w:pPr>
    </w:p>
    <w:p w14:paraId="3AA0C26C" w14:textId="77777777" w:rsidR="000E297A" w:rsidRDefault="00000000">
      <w:pPr>
        <w:spacing w:after="80" w:line="240" w:lineRule="auto"/>
      </w:pPr>
      <w:r>
        <w:t>I certify that the information provided on this form is true and correct to the best of my knowledge and that the item identified above was destroyed on the date stated.</w:t>
      </w:r>
    </w:p>
    <w:p w14:paraId="43BBA758" w14:textId="77777777" w:rsidR="00BE4A88" w:rsidRDefault="00BE4A88">
      <w:pPr>
        <w:spacing w:after="80" w:line="240" w:lineRule="auto"/>
      </w:pPr>
    </w:p>
    <w:p w14:paraId="2FD1A38A" w14:textId="77777777" w:rsidR="00BE4A88" w:rsidRDefault="00BE4A88">
      <w:pPr>
        <w:spacing w:after="80" w:line="240" w:lineRule="auto"/>
      </w:pPr>
    </w:p>
    <w:p w14:paraId="5F3D3DE9" w14:textId="77777777" w:rsidR="00BE4A88" w:rsidRDefault="00BE4A88">
      <w:pPr>
        <w:spacing w:after="80" w:line="240" w:lineRule="auto"/>
      </w:pPr>
    </w:p>
    <w:p w14:paraId="15923E7C" w14:textId="77777777" w:rsidR="00BE4A88" w:rsidRDefault="00BE4A88">
      <w:pPr>
        <w:spacing w:after="80" w:line="240" w:lineRule="auto"/>
      </w:pPr>
    </w:p>
    <w:p w14:paraId="45F74322" w14:textId="77777777" w:rsidR="00BE4A88" w:rsidRDefault="00BE4A88">
      <w:pPr>
        <w:spacing w:after="80" w:line="240" w:lineRule="auto"/>
      </w:pPr>
    </w:p>
    <w:tbl>
      <w:tblPr>
        <w:tblW w:w="0" w:type="auto"/>
        <w:tblLook w:val="04A0" w:firstRow="1" w:lastRow="0" w:firstColumn="1" w:lastColumn="0" w:noHBand="0" w:noVBand="1"/>
      </w:tblPr>
      <w:tblGrid>
        <w:gridCol w:w="5328"/>
        <w:gridCol w:w="5328"/>
      </w:tblGrid>
      <w:tr w:rsidR="000E297A" w14:paraId="3118A7B9" w14:textId="77777777">
        <w:tc>
          <w:tcPr>
            <w:tcW w:w="5328" w:type="dxa"/>
            <w:tcMar>
              <w:top w:w="40" w:type="dxa"/>
              <w:left w:w="65" w:type="dxa"/>
              <w:bottom w:w="40" w:type="dxa"/>
              <w:right w:w="65" w:type="dxa"/>
            </w:tcMar>
          </w:tcPr>
          <w:p w14:paraId="70AB9061" w14:textId="77777777" w:rsidR="00BE4A88" w:rsidRDefault="00000000">
            <w:pPr>
              <w:spacing w:after="0"/>
              <w:rPr>
                <w:b/>
                <w:sz w:val="17"/>
              </w:rPr>
            </w:pPr>
            <w:r>
              <w:rPr>
                <w:b/>
                <w:sz w:val="17"/>
              </w:rPr>
              <w:t>Owner Signature</w:t>
            </w:r>
          </w:p>
          <w:p w14:paraId="444F76C9" w14:textId="72C0FCB5" w:rsidR="000E297A" w:rsidRDefault="00000000">
            <w:pPr>
              <w:spacing w:after="0"/>
            </w:pPr>
            <w:r>
              <w:br/>
            </w:r>
            <w:sdt>
              <w:sdtPr>
                <w:alias w:val="Owner Signature"/>
                <w:tag w:val="Owner_Signature"/>
                <w:id w:val="558832751"/>
                <w:text/>
              </w:sdtPr>
              <w:sdtContent>
                <w:r w:rsidR="00BE4A88">
                  <w:t>_________________________</w:t>
                </w:r>
              </w:sdtContent>
            </w:sdt>
          </w:p>
        </w:tc>
        <w:tc>
          <w:tcPr>
            <w:tcW w:w="5328" w:type="dxa"/>
            <w:tcMar>
              <w:top w:w="40" w:type="dxa"/>
              <w:left w:w="65" w:type="dxa"/>
              <w:bottom w:w="40" w:type="dxa"/>
              <w:right w:w="65" w:type="dxa"/>
            </w:tcMar>
          </w:tcPr>
          <w:p w14:paraId="511020A3" w14:textId="77777777" w:rsidR="00BE4A88" w:rsidRDefault="00000000">
            <w:pPr>
              <w:spacing w:after="0"/>
              <w:rPr>
                <w:b/>
                <w:sz w:val="17"/>
              </w:rPr>
            </w:pPr>
            <w:r>
              <w:rPr>
                <w:b/>
                <w:sz w:val="17"/>
              </w:rPr>
              <w:t>Date</w:t>
            </w:r>
          </w:p>
          <w:p w14:paraId="378CD6C9" w14:textId="0DC170C6" w:rsidR="000E297A" w:rsidRDefault="00000000">
            <w:pPr>
              <w:spacing w:after="0"/>
            </w:pPr>
            <w:r>
              <w:br/>
            </w:r>
            <w:sdt>
              <w:sdtPr>
                <w:alias w:val="Date"/>
                <w:tag w:val="Date"/>
                <w:id w:val="332650975"/>
                <w:text/>
              </w:sdtPr>
              <w:sdtContent>
                <w:r w:rsidR="00BE4A88">
                  <w:t>_________________________</w:t>
                </w:r>
              </w:sdtContent>
            </w:sdt>
          </w:p>
        </w:tc>
      </w:tr>
      <w:tr w:rsidR="000E297A" w14:paraId="07A164F1" w14:textId="77777777">
        <w:tc>
          <w:tcPr>
            <w:tcW w:w="5328" w:type="dxa"/>
            <w:tcMar>
              <w:top w:w="40" w:type="dxa"/>
              <w:left w:w="65" w:type="dxa"/>
              <w:bottom w:w="40" w:type="dxa"/>
              <w:right w:w="65" w:type="dxa"/>
            </w:tcMar>
          </w:tcPr>
          <w:p w14:paraId="1A28196C" w14:textId="77777777" w:rsidR="00BE4A88" w:rsidRDefault="00000000">
            <w:pPr>
              <w:spacing w:after="0"/>
            </w:pPr>
            <w:r>
              <w:rPr>
                <w:b/>
                <w:sz w:val="17"/>
              </w:rPr>
              <w:t>Printed Name</w:t>
            </w:r>
            <w:r>
              <w:br/>
            </w:r>
          </w:p>
          <w:p w14:paraId="19E741B8" w14:textId="00CED759" w:rsidR="000E297A" w:rsidRDefault="00BE4A88">
            <w:pPr>
              <w:spacing w:after="0"/>
            </w:pPr>
            <w:sdt>
              <w:sdtPr>
                <w:alias w:val="Printed Name"/>
                <w:tag w:val="Printed_Name"/>
                <w:id w:val="-1349870497"/>
                <w:text/>
              </w:sdtPr>
              <w:sdtContent>
                <w:r>
                  <w:t>_________________________</w:t>
                </w:r>
              </w:sdtContent>
            </w:sdt>
          </w:p>
        </w:tc>
        <w:tc>
          <w:tcPr>
            <w:tcW w:w="5328" w:type="dxa"/>
            <w:tcMar>
              <w:top w:w="40" w:type="dxa"/>
              <w:left w:w="65" w:type="dxa"/>
              <w:bottom w:w="40" w:type="dxa"/>
              <w:right w:w="65" w:type="dxa"/>
            </w:tcMar>
          </w:tcPr>
          <w:p w14:paraId="0A287287" w14:textId="77777777" w:rsidR="00BE4A88" w:rsidRDefault="00000000">
            <w:pPr>
              <w:spacing w:after="0"/>
              <w:rPr>
                <w:b/>
                <w:sz w:val="17"/>
              </w:rPr>
            </w:pPr>
            <w:r>
              <w:rPr>
                <w:b/>
                <w:sz w:val="17"/>
              </w:rPr>
              <w:t>Preferred Contact Method</w:t>
            </w:r>
          </w:p>
          <w:p w14:paraId="57D0FDB1" w14:textId="0F63FE88" w:rsidR="000E297A" w:rsidRDefault="00000000">
            <w:pPr>
              <w:spacing w:after="0"/>
            </w:pPr>
            <w:r>
              <w:br/>
            </w:r>
            <w:sdt>
              <w:sdtPr>
                <w:alias w:val="Preferred Contact Method"/>
                <w:tag w:val="Preferred_Contact_Method"/>
                <w:id w:val="963008990"/>
                <w:text/>
              </w:sdtPr>
              <w:sdtContent>
                <w:r w:rsidR="00BE4A88">
                  <w:t>_________________________</w:t>
                </w:r>
              </w:sdtContent>
            </w:sdt>
          </w:p>
        </w:tc>
      </w:tr>
    </w:tbl>
    <w:p w14:paraId="55AA2BC5" w14:textId="77777777" w:rsidR="000E297A" w:rsidRDefault="00000000">
      <w:pPr>
        <w:spacing w:before="60" w:after="20"/>
      </w:pPr>
      <w:r>
        <w:rPr>
          <w:b/>
        </w:rPr>
        <w:t>Optional Supporting Documentation:</w:t>
      </w:r>
    </w:p>
    <w:p w14:paraId="7C5E0392" w14:textId="77777777" w:rsidR="000E297A" w:rsidRDefault="00000000">
      <w:pPr>
        <w:spacing w:after="20" w:line="240" w:lineRule="auto"/>
      </w:pPr>
      <w:r>
        <w:t>☐ Copy of approved NFA registration / Form 1 or Form 4    ☐ Documentation or photographs of destruction    ☐ Other: __________________________</w:t>
      </w:r>
    </w:p>
    <w:p w14:paraId="3DBC0488" w14:textId="77777777" w:rsidR="000E297A" w:rsidRDefault="00000000">
      <w:pPr>
        <w:spacing w:before="40" w:after="0"/>
        <w:jc w:val="center"/>
      </w:pPr>
      <w:r>
        <w:rPr>
          <w:i/>
          <w:sz w:val="16"/>
        </w:rPr>
        <w:t>NFA Division: (304) 616-4500  |  Fax: (304) 616-4501</w:t>
      </w:r>
    </w:p>
    <w:sectPr w:rsidR="000E297A"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30252821">
    <w:abstractNumId w:val="8"/>
  </w:num>
  <w:num w:numId="2" w16cid:durableId="128860664">
    <w:abstractNumId w:val="6"/>
  </w:num>
  <w:num w:numId="3" w16cid:durableId="1560896603">
    <w:abstractNumId w:val="5"/>
  </w:num>
  <w:num w:numId="4" w16cid:durableId="1525359516">
    <w:abstractNumId w:val="4"/>
  </w:num>
  <w:num w:numId="5" w16cid:durableId="703024256">
    <w:abstractNumId w:val="7"/>
  </w:num>
  <w:num w:numId="6" w16cid:durableId="458651431">
    <w:abstractNumId w:val="3"/>
  </w:num>
  <w:num w:numId="7" w16cid:durableId="814025963">
    <w:abstractNumId w:val="2"/>
  </w:num>
  <w:num w:numId="8" w16cid:durableId="1728992677">
    <w:abstractNumId w:val="1"/>
  </w:num>
  <w:num w:numId="9" w16cid:durableId="1145856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E297A"/>
    <w:rsid w:val="0015074B"/>
    <w:rsid w:val="0029639D"/>
    <w:rsid w:val="00326F90"/>
    <w:rsid w:val="003D35BE"/>
    <w:rsid w:val="00AA1D8D"/>
    <w:rsid w:val="00B47730"/>
    <w:rsid w:val="00BE4A88"/>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6662AE"/>
  <w14:defaultImageDpi w14:val="300"/>
  <w15:docId w15:val="{DF79AF27-A839-45FF-AD4C-BBE7904F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291</Words>
  <Characters>1663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Kenneth Ross Martin</cp:lastModifiedBy>
  <cp:revision>2</cp:revision>
  <dcterms:created xsi:type="dcterms:W3CDTF">2013-12-23T23:15:00Z</dcterms:created>
  <dcterms:modified xsi:type="dcterms:W3CDTF">2026-08-27T19:41:00Z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fbd343e-c96e-4fab-a40f-d565da23597f_Enabled">
    <vt:lpwstr>true</vt:lpwstr>
  </property>
  <property fmtid="{D5CDD505-2E9C-101B-9397-08002B2CF9AE}" pid="3" name="MSIP_Label_dfbd343e-c96e-4fab-a40f-d565da23597f_SetDate">
    <vt:lpwstr>2026-08-27T19:41:31Z</vt:lpwstr>
  </property>
  <property fmtid="{D5CDD505-2E9C-101B-9397-08002B2CF9AE}" pid="4" name="MSIP_Label_dfbd343e-c96e-4fab-a40f-d565da23597f_Method">
    <vt:lpwstr>Standard</vt:lpwstr>
  </property>
  <property fmtid="{D5CDD505-2E9C-101B-9397-08002B2CF9AE}" pid="5" name="MSIP_Label_dfbd343e-c96e-4fab-a40f-d565da23597f_Name">
    <vt:lpwstr>defa4170-0d19-0005-0004-bc88714345d2</vt:lpwstr>
  </property>
  <property fmtid="{D5CDD505-2E9C-101B-9397-08002B2CF9AE}" pid="6" name="MSIP_Label_dfbd343e-c96e-4fab-a40f-d565da23597f_SiteId">
    <vt:lpwstr>612bb818-ec38-4e9b-884d-124123cd922c</vt:lpwstr>
  </property>
  <property fmtid="{D5CDD505-2E9C-101B-9397-08002B2CF9AE}" pid="7" name="MSIP_Label_dfbd343e-c96e-4fab-a40f-d565da23597f_ActionId">
    <vt:lpwstr>47591ce6-eb91-4620-8d01-6a9e1b9f0f8e</vt:lpwstr>
  </property>
  <property fmtid="{D5CDD505-2E9C-101B-9397-08002B2CF9AE}" pid="8" name="MSIP_Label_dfbd343e-c96e-4fab-a40f-d565da23597f_ContentBits">
    <vt:lpwstr>0</vt:lpwstr>
  </property>
  <property fmtid="{D5CDD505-2E9C-101B-9397-08002B2CF9AE}" pid="9" name="MSIP_Label_dfbd343e-c96e-4fab-a40f-d565da23597f_Tag">
    <vt:lpwstr>10, 3, 0, 1</vt:lpwstr>
  </property>
</Properties>
</file>